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Jordan Kim</w:t>
      </w:r>
    </w:p>
    <w:p>
      <w:pPr>
        <w:jc w:val="center"/>
      </w:pPr>
      <w:r>
        <w:rPr>
          <w:sz w:val="22"/>
        </w:rPr>
        <w:t>Backend Engineer — New Graduate</w:t>
      </w:r>
    </w:p>
    <w:p>
      <w:pPr>
        <w:jc w:val="center"/>
      </w:pPr>
      <w:r>
        <w:rPr>
          <w:sz w:val="18"/>
        </w:rPr>
        <w:t>jordan.kim@email.com | (555) 345-6789 | linkedin.com/in/jordankim-backend | github.com/jordankim | Seattle, WA</w:t>
      </w:r>
    </w:p>
    <w:p/>
    <w:p>
      <w:pPr>
        <w:spacing w:before="200" w:after="60"/>
      </w:pPr>
      <w:r>
        <w:rPr>
          <w:b/>
          <w:sz w:val="20"/>
        </w:rPr>
        <w:t>SUMMARY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sz w:val="20"/>
        </w:rPr>
        <w:t>Backend-focused engineer with experience building high-throughput APIs, distributed systems, and data pipelines.</w:t>
      </w:r>
    </w:p>
    <w:p>
      <w:pPr>
        <w:spacing w:before="200" w:after="60"/>
      </w:pPr>
      <w:r>
        <w:rPr>
          <w:b/>
          <w:sz w:val="20"/>
        </w:rPr>
        <w:t>EDUCATION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University of Washington</w:t>
      </w:r>
      <w:r>
        <w:rPr>
          <w:sz w:val="20"/>
        </w:rPr>
        <w:t xml:space="preserve">   Sep 2022 – Jun 2026</w:t>
      </w:r>
    </w:p>
    <w:p>
      <w:r>
        <w:rPr>
          <w:sz w:val="20"/>
        </w:rPr>
        <w:t>B.S. in Computer Science</w:t>
      </w:r>
    </w:p>
    <w:p>
      <w:pPr>
        <w:spacing w:after="80"/>
      </w:pPr>
      <w:r>
        <w:rPr>
          <w:i/>
          <w:sz w:val="18"/>
        </w:rPr>
        <w:t>GPA: 3.8/4.0</w:t>
      </w:r>
    </w:p>
    <w:p>
      <w:pPr>
        <w:spacing w:before="200" w:after="60"/>
      </w:pPr>
      <w:r>
        <w:rPr>
          <w:b/>
          <w:sz w:val="20"/>
        </w:rPr>
        <w:t>TECHNICAL SKILLS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pPr>
        <w:spacing w:after="20"/>
      </w:pPr>
      <w:r>
        <w:rPr>
          <w:b/>
          <w:sz w:val="20"/>
        </w:rPr>
        <w:t xml:space="preserve">Languages: </w:t>
      </w:r>
      <w:r>
        <w:rPr>
          <w:sz w:val="20"/>
        </w:rPr>
        <w:t>Go, Python, Java, SQL</w:t>
      </w:r>
    </w:p>
    <w:p>
      <w:pPr>
        <w:spacing w:after="20"/>
      </w:pPr>
      <w:r>
        <w:rPr>
          <w:b/>
          <w:sz w:val="20"/>
        </w:rPr>
        <w:t xml:space="preserve">Backend: </w:t>
      </w:r>
      <w:r>
        <w:rPr>
          <w:sz w:val="20"/>
        </w:rPr>
        <w:t>REST/gRPC, microservices, Kafka</w:t>
      </w:r>
    </w:p>
    <w:p>
      <w:pPr>
        <w:spacing w:after="20"/>
      </w:pPr>
      <w:r>
        <w:rPr>
          <w:b/>
          <w:sz w:val="20"/>
        </w:rPr>
        <w:t xml:space="preserve">Cloud: </w:t>
      </w:r>
      <w:r>
        <w:rPr>
          <w:sz w:val="20"/>
        </w:rPr>
        <w:t>AWS, Docker, Kubernetes, Terraform</w:t>
      </w:r>
    </w:p>
    <w:p>
      <w:pPr>
        <w:spacing w:before="200" w:after="60"/>
      </w:pPr>
      <w:r>
        <w:rPr>
          <w:b/>
          <w:sz w:val="20"/>
        </w:rPr>
        <w:t>EXPERIENCE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Backend Engineering Intern</w:t>
      </w:r>
      <w:r>
        <w:rPr>
          <w:sz w:val="20"/>
        </w:rPr>
        <w:t xml:space="preserve"> — Amazon Web Services (S3) | Seattle, WA | Jun 2025 – Sep 2025</w:t>
      </w:r>
    </w:p>
    <w:p>
      <w:pPr>
        <w:pStyle w:val="ListBullet"/>
      </w:pPr>
      <w:r>
        <w:rPr>
          <w:sz w:val="20"/>
        </w:rPr>
        <w:t>Designed metadata indexing service handling 1M+ requests/min with p99 &lt; 20ms.</w:t>
      </w:r>
    </w:p>
    <w:p>
      <w:pPr>
        <w:spacing w:before="200" w:after="60"/>
      </w:pPr>
      <w:r>
        <w:rPr>
          <w:b/>
          <w:sz w:val="20"/>
        </w:rPr>
        <w:t>PROJECTS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High-Performance URL Shortener</w:t>
      </w:r>
      <w:r>
        <w:rPr>
          <w:sz w:val="20"/>
        </w:rPr>
        <w:t xml:space="preserve"> — Go, Redis, Kubernetes | 2025</w:t>
      </w:r>
    </w:p>
    <w:p>
      <w:pPr>
        <w:pStyle w:val="ListBullet"/>
      </w:pPr>
      <w:r>
        <w:rPr>
          <w:sz w:val="20"/>
        </w:rPr>
        <w:t>Built a service serving 100K requests/sec with sub-5ms redirects.</w:t>
      </w:r>
    </w:p>
    <w:p>
      <w:pPr>
        <w:jc w:val="center"/>
      </w:pPr>
      <w:r>
        <w:rPr>
          <w:i/>
          <w:sz w:val="16"/>
        </w:rPr>
        <w:t>Note: Fictional example. Replace all content with your own before applying.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