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Alex Chen</w:t>
      </w:r>
    </w:p>
    <w:p>
      <w:pPr>
        <w:jc w:val="center"/>
      </w:pPr>
      <w:r>
        <w:rPr>
          <w:sz w:val="22"/>
        </w:rPr>
        <w:t>Software Engineer — New Graduate</w:t>
      </w:r>
    </w:p>
    <w:p>
      <w:pPr>
        <w:jc w:val="center"/>
      </w:pPr>
      <w:r>
        <w:rPr>
          <w:sz w:val="18"/>
        </w:rPr>
        <w:t>alex.chen@email.com | (555) 123-4567 | linkedin.com/in/alexchen | github.com/alexchen | San Francisco, CA</w:t>
      </w:r>
    </w:p>
    <w:p/>
    <w:p>
      <w:pPr>
        <w:spacing w:before="200" w:after="60"/>
      </w:pPr>
      <w:r>
        <w:rPr>
          <w:b/>
          <w:sz w:val="20"/>
        </w:rPr>
        <w:t>SUMMARY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sz w:val="20"/>
        </w:rPr>
        <w:t>Computer Science graduate with internship experience building scalable web services and a strong foundation in algorithms, distributed systems, and software engineering best practices.</w:t>
      </w:r>
    </w:p>
    <w:p>
      <w:pPr>
        <w:spacing w:before="200" w:after="60"/>
      </w:pPr>
      <w:r>
        <w:rPr>
          <w:b/>
          <w:sz w:val="20"/>
        </w:rPr>
        <w:t>EDUCATION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b/>
          <w:sz w:val="20"/>
        </w:rPr>
        <w:t>University of California, Berkeley</w:t>
      </w:r>
      <w:r>
        <w:rPr>
          <w:sz w:val="20"/>
        </w:rPr>
        <w:t xml:space="preserve">   Aug 2022 – May 2026</w:t>
      </w:r>
    </w:p>
    <w:p>
      <w:r>
        <w:rPr>
          <w:sz w:val="20"/>
        </w:rPr>
        <w:t>B.S. in Computer Science</w:t>
      </w:r>
    </w:p>
    <w:p>
      <w:pPr>
        <w:spacing w:after="80"/>
      </w:pPr>
      <w:r>
        <w:rPr>
          <w:i/>
          <w:sz w:val="18"/>
        </w:rPr>
        <w:t>GPA: 3.7/4.0 | Coursework: Distributed Systems, Algorithms, Database Systems, Machine Learning</w:t>
      </w:r>
    </w:p>
    <w:p>
      <w:pPr>
        <w:spacing w:before="200" w:after="60"/>
      </w:pPr>
      <w:r>
        <w:rPr>
          <w:b/>
          <w:sz w:val="20"/>
        </w:rPr>
        <w:t>TECHNICAL SKILLS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pPr>
        <w:spacing w:after="20"/>
      </w:pPr>
      <w:r>
        <w:rPr>
          <w:b/>
          <w:sz w:val="20"/>
        </w:rPr>
        <w:t xml:space="preserve">Languages: </w:t>
      </w:r>
      <w:r>
        <w:rPr>
          <w:sz w:val="20"/>
        </w:rPr>
        <w:t>Python, Java, TypeScript, C++, SQL</w:t>
      </w:r>
    </w:p>
    <w:p>
      <w:pPr>
        <w:spacing w:after="20"/>
      </w:pPr>
      <w:r>
        <w:rPr>
          <w:b/>
          <w:sz w:val="20"/>
        </w:rPr>
        <w:t xml:space="preserve">Frameworks: </w:t>
      </w:r>
      <w:r>
        <w:rPr>
          <w:sz w:val="20"/>
        </w:rPr>
        <w:t>React, Node.js, FastAPI, Spring Boot</w:t>
      </w:r>
    </w:p>
    <w:p>
      <w:pPr>
        <w:spacing w:after="20"/>
      </w:pPr>
      <w:r>
        <w:rPr>
          <w:b/>
          <w:sz w:val="20"/>
        </w:rPr>
        <w:t xml:space="preserve">Tools &amp; Cloud: </w:t>
      </w:r>
      <w:r>
        <w:rPr>
          <w:sz w:val="20"/>
        </w:rPr>
        <w:t>AWS, Docker, Kubernetes, Git, PostgreSQL</w:t>
      </w:r>
    </w:p>
    <w:p>
      <w:pPr>
        <w:spacing w:before="200" w:after="60"/>
      </w:pPr>
      <w:r>
        <w:rPr>
          <w:b/>
          <w:sz w:val="20"/>
        </w:rPr>
        <w:t>EXPERIENCE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b/>
          <w:sz w:val="20"/>
        </w:rPr>
        <w:t>Software Engineering Intern</w:t>
      </w:r>
      <w:r>
        <w:rPr>
          <w:sz w:val="20"/>
        </w:rPr>
        <w:t xml:space="preserve"> — Stripe | San Francisco, CA | May 2025 – Aug 2025</w:t>
      </w:r>
    </w:p>
    <w:p>
      <w:pPr>
        <w:pStyle w:val="ListBullet"/>
      </w:pPr>
      <w:r>
        <w:rPr>
          <w:sz w:val="20"/>
        </w:rPr>
        <w:t>Built a real-time fraud-detection dashboard used by 200+ analysts, reducing review time by 25%.</w:t>
      </w:r>
    </w:p>
    <w:p>
      <w:pPr>
        <w:pStyle w:val="ListBullet"/>
      </w:pPr>
      <w:r>
        <w:rPr>
          <w:sz w:val="20"/>
        </w:rPr>
        <w:t>Implemented RESTful APIs handling 50K+ requests/day with 99.9% uptime.</w:t>
      </w:r>
    </w:p>
    <w:p>
      <w:pPr>
        <w:spacing w:before="200" w:after="60"/>
      </w:pPr>
      <w:r>
        <w:rPr>
          <w:b/>
          <w:sz w:val="20"/>
        </w:rPr>
        <w:t>PROJECTS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b/>
          <w:sz w:val="20"/>
        </w:rPr>
        <w:t>Distributed Key-Value Store</w:t>
      </w:r>
      <w:r>
        <w:rPr>
          <w:sz w:val="20"/>
        </w:rPr>
        <w:t xml:space="preserve"> — Go, gRPC, Raft | 2025</w:t>
      </w:r>
    </w:p>
    <w:p>
      <w:pPr>
        <w:pStyle w:val="ListBullet"/>
      </w:pPr>
      <w:r>
        <w:rPr>
          <w:sz w:val="20"/>
        </w:rPr>
        <w:t>Implemented a fault-tolerant KV store with leader election and log replication for 5-node clusters.</w:t>
      </w:r>
    </w:p>
    <w:p>
      <w:pPr>
        <w:jc w:val="center"/>
      </w:pPr>
      <w:r>
        <w:rPr>
          <w:i/>
          <w:sz w:val="16"/>
        </w:rPr>
        <w:t>Note: Fictional example. Replace all content with your own before applying.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